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יושר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"יושר"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לומר אמת ולנהוג בהגינות, גם כשאף אחד לא רואה אותנו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להמשיך לנסות ולהתאמן צעד אחר צעד, גם כשהדרך ארוכה ולא קלה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הרצון לשאול, לחקור ולגלות דברים חדשים על העולם ועל אנשים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היכולת לדמיין, להמציא ולמצוא דרכים חדשות ומקוריות לעשות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הרגליים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🪞 יושר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יושר – לומר אמת ולנהוג בהגינות, גם כשאף אחד לא רואה אותנו.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בזמן משחק כדור, הכדור נגע ביד של דניאל, ואף אחד לא שם לב. הקבוצה שלו הייתה קרובה לניצחון. דניאל עצר לרגע וחשב: אם אשתוק – ננצח, אבל הניצחון לא יהיה באמת שלנו. מה הייתם עושים במקומו?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עוזר לנו לומר אמת כשזה לא נוח?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האם ניצחון בלי יושר הוא באמת ניצחון?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"יושר"?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להחזיר כל דבר שמצאתי לבעלים שלו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את האמת גם כשזה קצת 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לומר סליחה כשטעיתי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🪞 יושר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הרצון לשאול, לחקור ולגלות דברים חדשים על העולם ועל אנשים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🐢 התמדה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לומר אמת ולנהוג בהגינות, גם כשאף אחד לא רואה אותנו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 סקרנות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היכולת לדמיין, להמציא ולמצוא דרכים חדשות ומקוריות לעשות דברים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 יצירתיות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להמשיך לנסות ולהתאמן צעד אחר צעד, גם כשהדרך ארוכה ולא קלה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"האמת קטנה לפעמים, אבל היא תמיד עומדת על ________"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ככל שלוקחים ממני יותר – אני נעשה גדול יותר.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להחזיר כל דבר שמצאתי לבעלים שלו · לומר סליחה כשטעיתי · לספר את האמת גם כשזה קצת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הכוח של אמת קטנה?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רגע השבוע שבו בחרתם באמת או ראיתם מישהו שבחר בה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יושר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