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יושר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"יושר"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ותיכון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לומר אמת ולנהוג בהגינות, גם כשאף אחד לא רואה אותנו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להמשיך לנסות ולהתאמן צעד אחר צעד, גם כשהדרך ארוכה ולא קלה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הרצון לשאול, לחקור ולגלות דברים חדשים על העולם ועל אנשים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היכולת לדמיין, להמציא ולמצוא דרכים חדשות ומקוריות לעשות דברים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הרגליים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אין שקל חסר: 27 השקלים כוללים כבר את הטיפ (25 לפיצה ו־2 טיפ). צריך להוסיף את 3 השקלים שהוחזרו, לא את הטיפ – 27+3=30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🪞 יושר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יושר – לומר אמת ולנהוג בהגינות, גם כשאף אחד לא רואה אותנו.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אלמז קיבלה את המבחן בחזרה וראתה שהמורה סימנה לה תשובה כנכונה, למרות שהיא טעתה. שתי נקודות נוספות יכולות להעלות את הציון שלה מעל 90. החברות אומרות לה: זו טעות של המורה, לא שלך. אלמז מתלבטת אם לגשת ולספר.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למה לפעמים קשה לתקן טעות שדווקא משתלמת לנו?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ירגישו אלמז והמורה אם היא תספר?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האם יש מצבים שבהם תירוץ קטן עדיף על אמת שעלולה לפגוע?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"יושר"?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להאשים אחרים בלי לבדוק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לעמוד בהבטחה קטנה שנתתי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לתקן טעות אחת שלי בלי שיבקשו ממני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לכתוב עבודה במילים שלי בלבד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לקחת בלי לבקש רשות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🪞 יושר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היכולת לדמיין, להמציא ולמצוא דרכים חדשות ומקוריות לעשות דברים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🐢 התמדה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להמשיך לנסות ולהתאמן צעד אחר צעד, גם כשהדרך ארוכה ולא קלה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🔍 סקרנות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לומר אמת ולנהוג בהגינות, גם כשאף אחד לא רואה אותנו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🎨 יצירתיות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הרצון לשאול, לחקור ולגלות דברים חדשים על העולם ועל אנשים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"האמת קטנה לפעמים, אבל היא תמיד עומדת על ________"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שלושה חברים שילמו 30 שקלים על פיצה, כל אחד 10. המוכר החזיר 5 שקלים, הם לקחו כל אחד שקל ונתנו 2 כטיפ. כל אחד שילם 9, יחד 27, ועוד 2 טיפ – 29. איפה השקל החסר?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לתקן טעות אחת שלי בלי שיבקשו ממני · לעמוד בהבטחה קטנה שנתתי · לכתוב עבודה במילים שלי בלבד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הכוח של אמת קטנה?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שרוצה – ספרו על רגע השבוע שבו בחרתם באמת או ראיתם מישהו שבחר בה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יושר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