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שיתוף פעולה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"שיתוף פעולה"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עבודה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together / вместе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team, group / команда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work / работа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part / часть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🧱 שיתוף פעולה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שיתוף פעולה זה לעבוד יחד. כל אחד עושה חלק, וביחד מצליחים.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 · вместе · አብረን · معًا · ensemble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team, group · команда · ቡድን · فريق · équipe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עבודה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work · работа · ሥራ · عمل · travail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part · часть · ክፍል · جزء · partie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ביחד  |  קבוצה  |  עבודה  |  חלק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work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עבודה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קבוצה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work / работа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team, group / команда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together / вместе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part / часть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שיתוף פעולה זה לעבוד יחד. כל אחד עושה חלק, ו________ מצליחים.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"ביחד".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כיף לעשות ביחד?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לעזור לחבר לסדר את הכיתה / לשחק משחק שבו כולם משתתפים)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שיתוף פעולה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