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שיתוף פעולה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"שיתוף פעולה"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🧱 שיתוף פעולה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מַצְלִיחִים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🧱 שיתוף פעולה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🧱 🤝 🏆  משפט השבוע: בְּיַחַד מַצְלִיחִים יוֹתֵר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מַצְלִיחִים  |  וּמַצְלִיחִים  |  אוֹמְרִים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"בְּיַחַד מַצְלִיחִים יוֹתֵר"?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🧱 שיתוף פעולה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🪞 יושר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לחבר לסדר את הכיתה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לשחק משחק שבו כולם משתתפים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בְּיַחַד ________ יוֹתֵר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כיף לעשות ביחד?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לעזור לחבר לסדר את הכיתה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שיתוף פעולה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